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FD4B" w14:textId="77777777" w:rsidR="006C5746" w:rsidRDefault="00000000">
      <w:pPr>
        <w:spacing w:after="40"/>
        <w:jc w:val="right"/>
      </w:pPr>
      <w:r>
        <w:rPr>
          <w:b/>
        </w:rPr>
        <w:t>Form No. 01</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19"/>
        <w:gridCol w:w="5613"/>
      </w:tblGrid>
      <w:tr w:rsidR="006C5746" w14:paraId="1AFC8283" w14:textId="77777777">
        <w:trPr>
          <w:cantSplit/>
          <w:jc w:val="center"/>
        </w:trPr>
        <w:tc>
          <w:tcPr>
            <w:tcW w:w="4025" w:type="dxa"/>
          </w:tcPr>
          <w:p w14:paraId="249DD647" w14:textId="77777777" w:rsidR="006C5746" w:rsidRDefault="00000000">
            <w:pPr>
              <w:spacing w:after="0"/>
              <w:jc w:val="center"/>
            </w:pPr>
            <w:r>
              <w:rPr>
                <w:b/>
                <w:sz w:val="22"/>
              </w:rPr>
              <w:t>ORGANIZATION NAME</w:t>
            </w:r>
          </w:p>
          <w:p w14:paraId="563225D4" w14:textId="77777777" w:rsidR="006C5746" w:rsidRDefault="00000000">
            <w:pPr>
              <w:spacing w:after="0"/>
              <w:jc w:val="center"/>
            </w:pPr>
            <w:r>
              <w:rPr>
                <w:sz w:val="22"/>
              </w:rPr>
              <w:t>-------</w:t>
            </w:r>
          </w:p>
        </w:tc>
        <w:tc>
          <w:tcPr>
            <w:tcW w:w="5613" w:type="dxa"/>
          </w:tcPr>
          <w:p w14:paraId="5CE21B8B" w14:textId="77777777" w:rsidR="006C5746" w:rsidRDefault="00000000">
            <w:pPr>
              <w:spacing w:after="0"/>
              <w:jc w:val="center"/>
            </w:pPr>
            <w:r>
              <w:rPr>
                <w:b/>
                <w:sz w:val="22"/>
              </w:rPr>
              <w:t>SOCIALIST REPUBLIC OF VIET NAM</w:t>
            </w:r>
          </w:p>
          <w:p w14:paraId="6947820E" w14:textId="77777777" w:rsidR="006C5746" w:rsidRDefault="00000000">
            <w:pPr>
              <w:spacing w:after="0"/>
              <w:jc w:val="center"/>
            </w:pPr>
            <w:r>
              <w:rPr>
                <w:b/>
                <w:sz w:val="22"/>
              </w:rPr>
              <w:t>Independence - Freedom - Happiness</w:t>
            </w:r>
          </w:p>
          <w:p w14:paraId="775535C3" w14:textId="77777777" w:rsidR="006C5746" w:rsidRDefault="00000000">
            <w:pPr>
              <w:spacing w:after="0"/>
              <w:jc w:val="center"/>
            </w:pPr>
            <w:r>
              <w:rPr>
                <w:sz w:val="22"/>
              </w:rPr>
              <w:t>---------------</w:t>
            </w:r>
          </w:p>
        </w:tc>
      </w:tr>
      <w:tr w:rsidR="006C5746" w14:paraId="2C349CBB" w14:textId="77777777">
        <w:trPr>
          <w:cantSplit/>
          <w:jc w:val="center"/>
        </w:trPr>
        <w:tc>
          <w:tcPr>
            <w:tcW w:w="4819" w:type="dxa"/>
          </w:tcPr>
          <w:p w14:paraId="64279B0D" w14:textId="77777777" w:rsidR="006C5746" w:rsidRDefault="00000000" w:rsidP="00D175AC">
            <w:pPr>
              <w:spacing w:after="0"/>
              <w:jc w:val="center"/>
            </w:pPr>
            <w:r>
              <w:rPr>
                <w:sz w:val="22"/>
              </w:rPr>
              <w:t>No.: .../...</w:t>
            </w:r>
          </w:p>
        </w:tc>
        <w:tc>
          <w:tcPr>
            <w:tcW w:w="4819" w:type="dxa"/>
          </w:tcPr>
          <w:p w14:paraId="5E743C27" w14:textId="77777777" w:rsidR="006C5746" w:rsidRDefault="006C5746"/>
        </w:tc>
      </w:tr>
    </w:tbl>
    <w:p w14:paraId="796D6F5F" w14:textId="77777777" w:rsidR="006C5746" w:rsidRDefault="006C5746"/>
    <w:p w14:paraId="76568D9D" w14:textId="77777777" w:rsidR="006C5746" w:rsidRDefault="00000000">
      <w:pPr>
        <w:spacing w:after="20"/>
        <w:jc w:val="center"/>
      </w:pPr>
      <w:r>
        <w:rPr>
          <w:b/>
          <w:sz w:val="28"/>
        </w:rPr>
        <w:t>APPLICATION</w:t>
      </w:r>
    </w:p>
    <w:p w14:paraId="7183B4D8" w14:textId="77777777" w:rsidR="006C5746" w:rsidRDefault="00000000">
      <w:pPr>
        <w:spacing w:after="160"/>
        <w:jc w:val="center"/>
      </w:pPr>
      <w:r>
        <w:rPr>
          <w:b/>
        </w:rPr>
        <w:t>For registration of an Article 6.2 project idea</w:t>
      </w:r>
    </w:p>
    <w:p w14:paraId="64BDC990" w14:textId="77777777" w:rsidR="006C5746" w:rsidRDefault="00000000">
      <w:pPr>
        <w:spacing w:after="160"/>
        <w:jc w:val="center"/>
      </w:pPr>
      <w:r>
        <w:t>To: Ministry of Agriculture and Environment.</w:t>
      </w:r>
    </w:p>
    <w:p w14:paraId="5FEA8655" w14:textId="77777777" w:rsidR="006C5746" w:rsidRDefault="00000000">
      <w:pPr>
        <w:spacing w:after="120"/>
        <w:ind w:firstLine="425"/>
      </w:pPr>
      <w:r>
        <w:rPr>
          <w:i/>
        </w:rPr>
        <w:t>(Name of the representative agency/organization submitting the application)</w:t>
      </w:r>
      <w:r>
        <w:t xml:space="preserve"> hereby requests the Ministry of Agriculture and Environment to approve the registration of the project idea for </w:t>
      </w:r>
      <w:r>
        <w:rPr>
          <w:i/>
        </w:rPr>
        <w:t>(Project title)</w:t>
      </w:r>
      <w:r>
        <w:t>, with the following information:</w:t>
      </w:r>
    </w:p>
    <w:p w14:paraId="43304FBC" w14:textId="77777777" w:rsidR="006C5746" w:rsidRDefault="00000000">
      <w:pPr>
        <w:pStyle w:val="FormHeading"/>
      </w:pPr>
      <w:r>
        <w:t>I. INFORMATION ON THE REPRESENTATIVE AGENCY/ORGANIZATION</w:t>
      </w:r>
    </w:p>
    <w:p w14:paraId="2F6FA582" w14:textId="385F2DBF" w:rsidR="006C5746" w:rsidRDefault="00000000">
      <w:pPr>
        <w:spacing w:after="60"/>
      </w:pPr>
      <w:r>
        <w:t>1. Name of the representative agency/organization: ............................................................................</w:t>
      </w:r>
      <w:r w:rsidR="00D175AC">
        <w:t>.</w:t>
      </w:r>
    </w:p>
    <w:p w14:paraId="692D2745" w14:textId="2456FE1C" w:rsidR="006C5746" w:rsidRDefault="00000000">
      <w:pPr>
        <w:spacing w:after="60"/>
      </w:pPr>
      <w:r>
        <w:t>2. Enterprise registration number: ........................................................................................................</w:t>
      </w:r>
      <w:r w:rsidR="00D175AC">
        <w:t>.</w:t>
      </w:r>
    </w:p>
    <w:p w14:paraId="04486101" w14:textId="77777777" w:rsidR="006C5746" w:rsidRDefault="00000000">
      <w:pPr>
        <w:spacing w:after="60"/>
      </w:pPr>
      <w:r>
        <w:t>3. Tax identification number of the agency/organization: ........................................................................</w:t>
      </w:r>
    </w:p>
    <w:p w14:paraId="67BE1C28" w14:textId="227958F9" w:rsidR="006C5746" w:rsidRDefault="00000000">
      <w:pPr>
        <w:spacing w:after="60"/>
      </w:pPr>
      <w:r>
        <w:t>4. Legal representative: ........................................................................................................................</w:t>
      </w:r>
      <w:r w:rsidR="00D175AC">
        <w:t>.</w:t>
      </w:r>
    </w:p>
    <w:p w14:paraId="034B1E99" w14:textId="28320868" w:rsidR="006C5746" w:rsidRDefault="00000000">
      <w:pPr>
        <w:spacing w:after="60"/>
      </w:pPr>
      <w:r>
        <w:t>5. Position (if any): ................................................................................................................................</w:t>
      </w:r>
    </w:p>
    <w:p w14:paraId="73E194EB" w14:textId="77777777" w:rsidR="006C5746" w:rsidRDefault="00000000">
      <w:pPr>
        <w:spacing w:after="60"/>
      </w:pPr>
      <w:r>
        <w:t>6. Citizen identity card number/passport number of the legal representative: ..........................................</w:t>
      </w:r>
    </w:p>
    <w:p w14:paraId="301AE433" w14:textId="684D8B85" w:rsidR="006C5746" w:rsidRDefault="00000000">
      <w:pPr>
        <w:spacing w:after="60"/>
      </w:pPr>
      <w:r>
        <w:t>7. Registered office address: ..................................................................................................................</w:t>
      </w:r>
    </w:p>
    <w:p w14:paraId="12B1476E" w14:textId="6C182FC8" w:rsidR="006C5746" w:rsidRDefault="00000000">
      <w:pPr>
        <w:spacing w:after="60"/>
      </w:pPr>
      <w:r>
        <w:t>8. Contact address: .................................................................................................................................</w:t>
      </w:r>
    </w:p>
    <w:p w14:paraId="360E04B4" w14:textId="541DFF87" w:rsidR="006C5746" w:rsidRDefault="00000000">
      <w:pPr>
        <w:spacing w:after="60"/>
      </w:pPr>
      <w:r>
        <w:t xml:space="preserve">9. </w:t>
      </w:r>
      <w:r w:rsidR="00D175AC">
        <w:t>Phone</w:t>
      </w:r>
      <w:r>
        <w:t>: .................................  Fax: .................................  Email: .................................</w:t>
      </w:r>
    </w:p>
    <w:p w14:paraId="52D73AA4" w14:textId="77777777" w:rsidR="006C5746" w:rsidRDefault="00000000">
      <w:pPr>
        <w:pStyle w:val="FormHeading"/>
      </w:pPr>
      <w:r>
        <w:t>II. APPLICATION CONTENT</w:t>
      </w:r>
    </w:p>
    <w:p w14:paraId="25F189D6" w14:textId="77777777" w:rsidR="006C5746" w:rsidRDefault="00000000">
      <w:pPr>
        <w:spacing w:after="100"/>
      </w:pPr>
      <w:r>
        <w:t>Application for registration of an Article 6.2 project idea with the following details:</w:t>
      </w:r>
    </w:p>
    <w:p w14:paraId="3E418B91" w14:textId="38438C48" w:rsidR="006C5746" w:rsidRDefault="00000000">
      <w:pPr>
        <w:spacing w:after="60"/>
      </w:pPr>
      <w:r>
        <w:t>1. Title of the project proposed for project idea registration: ................................................................</w:t>
      </w:r>
    </w:p>
    <w:p w14:paraId="739415AF" w14:textId="77777777" w:rsidR="006C5746" w:rsidRDefault="00000000">
      <w:pPr>
        <w:spacing w:after="60"/>
      </w:pPr>
      <w:r>
        <w:t>2. Project participants (expected): ............................................................ (1) ......................................</w:t>
      </w:r>
    </w:p>
    <w:p w14:paraId="2C211C44" w14:textId="29D40D43" w:rsidR="00D175AC" w:rsidRDefault="00000000" w:rsidP="00D175AC">
      <w:pPr>
        <w:spacing w:after="60"/>
      </w:pPr>
      <w:r>
        <w:t>3. Description of the project (</w:t>
      </w:r>
      <w:r w:rsidRPr="00D175AC">
        <w:rPr>
          <w:i/>
          <w:iCs/>
        </w:rPr>
        <w:t>Describe the technology, system, service, infrastructure or GHG mitigation measures expected to be applied under the project</w:t>
      </w:r>
      <w:r>
        <w:t>):............................................................</w:t>
      </w:r>
    </w:p>
    <w:p w14:paraId="5111290E" w14:textId="46511662" w:rsidR="006C5746" w:rsidRDefault="00000000" w:rsidP="00D175AC">
      <w:pPr>
        <w:spacing w:after="40" w:line="240" w:lineRule="auto"/>
      </w:pPr>
      <w:r>
        <w:t>4. Project location (</w:t>
      </w:r>
      <w:r w:rsidRPr="00D175AC">
        <w:rPr>
          <w:i/>
          <w:iCs/>
        </w:rPr>
        <w:t>expected</w:t>
      </w:r>
      <w:r>
        <w:t>): ...............................................................................................................</w:t>
      </w:r>
    </w:p>
    <w:p w14:paraId="1A60DAC6" w14:textId="4667788B" w:rsidR="006C5746" w:rsidRDefault="00000000">
      <w:pPr>
        <w:spacing w:after="60"/>
      </w:pPr>
      <w:r>
        <w:t>5. Project implementation period (</w:t>
      </w:r>
      <w:r w:rsidRPr="00D175AC">
        <w:rPr>
          <w:i/>
          <w:iCs/>
        </w:rPr>
        <w:t>expected</w:t>
      </w:r>
      <w:r>
        <w:t>): .......................................................................................</w:t>
      </w:r>
      <w:r w:rsidR="00FC6E8A">
        <w:t>.</w:t>
      </w:r>
    </w:p>
    <w:p w14:paraId="10B5ABDC" w14:textId="77777777" w:rsidR="006C5746" w:rsidRDefault="00000000">
      <w:pPr>
        <w:spacing w:after="60"/>
      </w:pPr>
      <w:r>
        <w:t>6. Investment cost for project implementation (</w:t>
      </w:r>
      <w:r w:rsidRPr="00D175AC">
        <w:rPr>
          <w:i/>
          <w:iCs/>
        </w:rPr>
        <w:t>expected</w:t>
      </w:r>
      <w:r>
        <w:t>):</w:t>
      </w:r>
    </w:p>
    <w:p w14:paraId="248EC6CE" w14:textId="5E7EDE6C" w:rsidR="006C5746" w:rsidRDefault="00000000">
      <w:pPr>
        <w:spacing w:after="60"/>
      </w:pPr>
      <w:r>
        <w:t xml:space="preserve">   - Total investment cost: .........................................................................................................</w:t>
      </w:r>
      <w:r w:rsidR="00FC6E8A">
        <w:t>.............</w:t>
      </w:r>
    </w:p>
    <w:p w14:paraId="146D82F0" w14:textId="67D01A79" w:rsidR="006C5746" w:rsidRDefault="00000000">
      <w:pPr>
        <w:spacing w:after="60"/>
      </w:pPr>
      <w:r>
        <w:t xml:space="preserve">   - Capital contribution ratio of the project participants: .........................................................</w:t>
      </w:r>
      <w:r w:rsidR="00FC6E8A">
        <w:t>.............</w:t>
      </w:r>
    </w:p>
    <w:p w14:paraId="4844EA35" w14:textId="0F9363F3" w:rsidR="006C5746" w:rsidRDefault="00000000">
      <w:pPr>
        <w:spacing w:after="60"/>
      </w:pPr>
      <w:r>
        <w:t>7. GHG mitigation sector of the project (</w:t>
      </w:r>
      <w:r w:rsidRPr="00D175AC">
        <w:rPr>
          <w:i/>
          <w:iCs/>
        </w:rPr>
        <w:t>expected</w:t>
      </w:r>
      <w:r>
        <w:t>): ........................................................</w:t>
      </w:r>
      <w:r w:rsidR="00FC6E8A">
        <w:t>.....................</w:t>
      </w:r>
    </w:p>
    <w:p w14:paraId="16D9D5DD" w14:textId="5F93DBE3" w:rsidR="006C5746" w:rsidRDefault="00000000">
      <w:pPr>
        <w:spacing w:after="60"/>
      </w:pPr>
      <w:r>
        <w:t xml:space="preserve">8. GHG mitigation measures to be applied </w:t>
      </w:r>
      <w:r w:rsidRPr="00FC6E8A">
        <w:rPr>
          <w:i/>
          <w:iCs/>
        </w:rPr>
        <w:t>(expected):</w:t>
      </w:r>
      <w:r>
        <w:t xml:space="preserve"> ............................ (2) .................................</w:t>
      </w:r>
      <w:r w:rsidR="00FC6E8A">
        <w:t>.....</w:t>
      </w:r>
    </w:p>
    <w:p w14:paraId="3DEE3443" w14:textId="65F41343" w:rsidR="006C5746" w:rsidRDefault="00000000">
      <w:pPr>
        <w:spacing w:after="60"/>
      </w:pPr>
      <w:r>
        <w:t>9. Applicable carbon crediting methodology (expected): ........................... (3) .................................</w:t>
      </w:r>
      <w:r w:rsidR="00FC6E8A">
        <w:t>...</w:t>
      </w:r>
    </w:p>
    <w:p w14:paraId="7657B1EC" w14:textId="630929C6" w:rsidR="006C5746" w:rsidRDefault="00000000">
      <w:pPr>
        <w:spacing w:after="60"/>
      </w:pPr>
      <w:r>
        <w:t>10. Current status and progress of the project: ......................................................................................</w:t>
      </w:r>
    </w:p>
    <w:p w14:paraId="1D51A4CC" w14:textId="22FFA7E4" w:rsidR="006C5746" w:rsidRDefault="00000000">
      <w:pPr>
        <w:spacing w:after="60"/>
      </w:pPr>
      <w:r>
        <w:lastRenderedPageBreak/>
        <w:t>11. Expected GHG emission reductions from the project: ...................................................................</w:t>
      </w:r>
      <w:r w:rsidR="00FC6E8A">
        <w:t>.</w:t>
      </w:r>
    </w:p>
    <w:p w14:paraId="602BD58A" w14:textId="5241023C" w:rsidR="006C5746" w:rsidRDefault="00000000">
      <w:pPr>
        <w:spacing w:after="60"/>
      </w:pPr>
      <w:r>
        <w:t>12. Crediting period</w:t>
      </w:r>
      <w:r w:rsidRPr="00FC6E8A">
        <w:rPr>
          <w:i/>
          <w:iCs/>
        </w:rPr>
        <w:t xml:space="preserve"> (expected): </w:t>
      </w:r>
      <w:r>
        <w:t>...........................................................................................................</w:t>
      </w:r>
      <w:r w:rsidR="00FC6E8A">
        <w:t>.</w:t>
      </w:r>
    </w:p>
    <w:p w14:paraId="258EC095" w14:textId="470E0284" w:rsidR="006C5746" w:rsidRDefault="00000000" w:rsidP="00FC6E8A">
      <w:pPr>
        <w:spacing w:after="60"/>
      </w:pPr>
      <w:r>
        <w:t xml:space="preserve">13. Detailed information on the Article 6.2 Agreement under which registration of the project idea is </w:t>
      </w:r>
      <w:r w:rsidR="00FC6E8A">
        <w:t>sought: ................................................................................................................................................</w:t>
      </w:r>
    </w:p>
    <w:p w14:paraId="707EDE3B" w14:textId="77777777" w:rsidR="006C5746" w:rsidRDefault="00000000">
      <w:pPr>
        <w:spacing w:after="120"/>
        <w:ind w:firstLine="425"/>
      </w:pPr>
      <w:r>
        <w:t>We hereby certify and assume full responsibility under the laws of the Socialist Republic of Viet Nam for the truthfulness and accuracy of the information provided in and accompanying this application dossier.</w:t>
      </w:r>
    </w:p>
    <w:p w14:paraId="4E206FEC" w14:textId="77777777" w:rsidR="006C5746" w:rsidRDefault="00000000">
      <w:pPr>
        <w:spacing w:after="160"/>
        <w:ind w:firstLine="425"/>
      </w:pPr>
      <w:r>
        <w:t xml:space="preserve">We respectfully request the Ministry of Agriculture and Environment to consider and approve the registration of the project idea under the </w:t>
      </w:r>
      <w:r>
        <w:rPr>
          <w:i/>
        </w:rPr>
        <w:t>... (4) ...</w:t>
      </w:r>
      <w:r>
        <w:t xml:space="preserve"> Agreement.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5103"/>
      </w:tblGrid>
      <w:tr w:rsidR="006C5746" w14:paraId="7ABE0AEE" w14:textId="77777777">
        <w:trPr>
          <w:jc w:val="center"/>
        </w:trPr>
        <w:tc>
          <w:tcPr>
            <w:tcW w:w="4536" w:type="dxa"/>
          </w:tcPr>
          <w:p w14:paraId="4D729F8E" w14:textId="77777777" w:rsidR="006C5746" w:rsidRDefault="006C5746"/>
        </w:tc>
        <w:tc>
          <w:tcPr>
            <w:tcW w:w="5103" w:type="dxa"/>
          </w:tcPr>
          <w:p w14:paraId="415FD6DD" w14:textId="77777777" w:rsidR="006C5746" w:rsidRDefault="00000000">
            <w:pPr>
              <w:spacing w:after="40"/>
              <w:jc w:val="center"/>
            </w:pPr>
            <w:r>
              <w:rPr>
                <w:i/>
                <w:sz w:val="22"/>
              </w:rPr>
              <w:t>(Place), day ... month ... year ...</w:t>
            </w:r>
          </w:p>
          <w:p w14:paraId="14C2B2AE" w14:textId="77777777" w:rsidR="006C5746" w:rsidRDefault="00000000">
            <w:pPr>
              <w:spacing w:after="20"/>
              <w:jc w:val="center"/>
            </w:pPr>
            <w:r>
              <w:rPr>
                <w:b/>
                <w:sz w:val="22"/>
              </w:rPr>
              <w:t>FOR AND ON BEHALF OF THE AGENCIES/ORGANIZATIONS</w:t>
            </w:r>
          </w:p>
          <w:p w14:paraId="0C4D8140" w14:textId="77777777" w:rsidR="006C5746" w:rsidRDefault="00000000">
            <w:pPr>
              <w:spacing w:after="20"/>
              <w:jc w:val="center"/>
            </w:pPr>
            <w:r>
              <w:rPr>
                <w:b/>
                <w:sz w:val="22"/>
              </w:rPr>
              <w:t>PARTICIPATING IN PROJECT IMPLEMENTATION</w:t>
            </w:r>
          </w:p>
          <w:p w14:paraId="14642508" w14:textId="77777777" w:rsidR="006C5746" w:rsidRDefault="00000000">
            <w:pPr>
              <w:spacing w:after="0"/>
              <w:jc w:val="center"/>
            </w:pPr>
            <w:r>
              <w:rPr>
                <w:i/>
                <w:sz w:val="22"/>
              </w:rPr>
              <w:t>(Representatives sign, specify their full names and affix seals)</w:t>
            </w:r>
          </w:p>
          <w:p w14:paraId="60ED60E5" w14:textId="77777777" w:rsidR="006C5746" w:rsidRDefault="006C5746">
            <w:pPr>
              <w:spacing w:after="0"/>
            </w:pPr>
          </w:p>
          <w:p w14:paraId="0DAB2BDA" w14:textId="77777777" w:rsidR="006C5746" w:rsidRDefault="006C5746">
            <w:pPr>
              <w:spacing w:after="0"/>
            </w:pPr>
          </w:p>
        </w:tc>
      </w:tr>
    </w:tbl>
    <w:p w14:paraId="67B64A43" w14:textId="77777777" w:rsidR="006C5746" w:rsidRDefault="00000000">
      <w:pPr>
        <w:spacing w:before="120" w:after="60"/>
      </w:pPr>
      <w:r>
        <w:rPr>
          <w:b/>
          <w:i/>
        </w:rPr>
        <w:t>Notes:</w:t>
      </w:r>
    </w:p>
    <w:p w14:paraId="574BEBA4" w14:textId="77777777" w:rsidR="006C5746" w:rsidRDefault="00000000">
      <w:pPr>
        <w:spacing w:after="40"/>
      </w:pPr>
      <w:r>
        <w:rPr>
          <w:i/>
        </w:rPr>
        <w:t>1. List all agencies and organizations expected to participate in the project;</w:t>
      </w:r>
    </w:p>
    <w:p w14:paraId="169BE3B9" w14:textId="77777777" w:rsidR="006C5746" w:rsidRDefault="00000000">
      <w:pPr>
        <w:spacing w:after="40"/>
      </w:pPr>
      <w:r>
        <w:rPr>
          <w:i/>
        </w:rPr>
        <w:t>2. List all GHG mitigation measures expected to be implemented under the project in accordance with Appendix I to this Decree;</w:t>
      </w:r>
    </w:p>
    <w:p w14:paraId="757BEE52" w14:textId="77777777" w:rsidR="006C5746" w:rsidRDefault="00000000">
      <w:pPr>
        <w:spacing w:after="40"/>
      </w:pPr>
      <w:r>
        <w:rPr>
          <w:i/>
        </w:rPr>
        <w:t>3. Specify the agency or organization recognizing the carbon crediting methodology (if any);</w:t>
      </w:r>
    </w:p>
    <w:p w14:paraId="2E72AFE2" w14:textId="77777777" w:rsidR="006C5746" w:rsidRDefault="00000000">
      <w:pPr>
        <w:spacing w:after="40"/>
      </w:pPr>
      <w:r>
        <w:rPr>
          <w:i/>
        </w:rPr>
        <w:t>4. Specify the name of the Article 6.2 Agreement proposed for registration.</w:t>
      </w:r>
    </w:p>
    <w:p w14:paraId="00D240C1" w14:textId="77777777" w:rsidR="006C5746" w:rsidRDefault="00000000">
      <w:r>
        <w:br w:type="page"/>
      </w:r>
    </w:p>
    <w:p w14:paraId="1D0AE2D0" w14:textId="77777777" w:rsidR="006C5746" w:rsidRDefault="00000000">
      <w:pPr>
        <w:spacing w:after="20"/>
        <w:jc w:val="center"/>
      </w:pPr>
      <w:r>
        <w:rPr>
          <w:b/>
          <w:sz w:val="28"/>
        </w:rPr>
        <w:lastRenderedPageBreak/>
        <w:t>ANNEX</w:t>
      </w:r>
    </w:p>
    <w:p w14:paraId="45AC0FF8" w14:textId="77777777" w:rsidR="006C5746" w:rsidRDefault="00000000">
      <w:pPr>
        <w:spacing w:after="40"/>
        <w:jc w:val="center"/>
      </w:pPr>
      <w:r>
        <w:rPr>
          <w:b/>
          <w:sz w:val="26"/>
        </w:rPr>
        <w:t>JCM-SPECIFIC ADDITIONAL INFORMATION</w:t>
      </w:r>
    </w:p>
    <w:p w14:paraId="5C52ED19" w14:textId="1D618E0E" w:rsidR="0037353D" w:rsidRDefault="00782F98" w:rsidP="00C63D17">
      <w:pPr>
        <w:pStyle w:val="AnnexHeading"/>
        <w:numPr>
          <w:ilvl w:val="0"/>
          <w:numId w:val="11"/>
        </w:numPr>
      </w:pPr>
      <w:r w:rsidRPr="00782F98">
        <w:t>Reasons and rationale for implementing the project under the JCM</w:t>
      </w:r>
    </w:p>
    <w:p w14:paraId="22996BD6" w14:textId="7F738295" w:rsidR="00782F98" w:rsidRPr="00C63D17" w:rsidRDefault="00782F98" w:rsidP="0037353D">
      <w:pPr>
        <w:pStyle w:val="AnnexHeading"/>
        <w:rPr>
          <w:rFonts w:eastAsiaTheme="minorEastAsia" w:cs="Times New Roman"/>
          <w:b w:val="0"/>
          <w:i/>
          <w:iCs/>
          <w:kern w:val="2"/>
          <w:sz w:val="21"/>
          <w:szCs w:val="21"/>
          <w:lang w:eastAsia="ja-JP"/>
        </w:rPr>
      </w:pPr>
      <w:r w:rsidRPr="00C63D17">
        <w:rPr>
          <w:rFonts w:eastAsiaTheme="minorEastAsia" w:cs="Times New Roman"/>
          <w:b w:val="0"/>
          <w:i/>
          <w:iCs/>
          <w:kern w:val="2"/>
          <w:sz w:val="21"/>
          <w:szCs w:val="21"/>
          <w:lang w:eastAsia="ja-JP"/>
        </w:rPr>
        <w:t>Please explain why the project participants propose to implement the project under the JCM, instead of a purely commercial project. Please also describe how the proposed project provides any benefits to the partner country, given that the partner country should apply corresponding adjustments for JCM credits acquired by Japan.</w:t>
      </w:r>
    </w:p>
    <w:p w14:paraId="0E578063" w14:textId="37A37721" w:rsidR="006C5746" w:rsidRPr="00C63D17" w:rsidRDefault="00C63D17" w:rsidP="00C63D17">
      <w:pPr>
        <w:pStyle w:val="AnnexHeading"/>
        <w:numPr>
          <w:ilvl w:val="0"/>
          <w:numId w:val="11"/>
        </w:numPr>
      </w:pPr>
      <w:r>
        <w:rPr>
          <w:rFonts w:eastAsiaTheme="minorEastAsia" w:hint="eastAsia"/>
          <w:lang w:eastAsia="ja-JP"/>
        </w:rPr>
        <w:t>Implementation structure</w:t>
      </w:r>
    </w:p>
    <w:p w14:paraId="3CB39C48" w14:textId="56D03D58" w:rsidR="00C63D17" w:rsidRPr="00C63D17" w:rsidRDefault="00C63D17" w:rsidP="00C63D17">
      <w:pPr>
        <w:pStyle w:val="AnnexHeading"/>
        <w:numPr>
          <w:ilvl w:val="0"/>
          <w:numId w:val="11"/>
        </w:numPr>
      </w:pPr>
      <w:r>
        <w:rPr>
          <w:rFonts w:eastAsiaTheme="minorEastAsia" w:hint="eastAsia"/>
          <w:lang w:eastAsia="ja-JP"/>
        </w:rPr>
        <w:t>Project scheme</w:t>
      </w:r>
    </w:p>
    <w:p w14:paraId="3AB3BE8B" w14:textId="30D1EC85" w:rsidR="00C63D17" w:rsidRPr="00C63D17" w:rsidRDefault="00C63D17" w:rsidP="00C63D17">
      <w:pPr>
        <w:pStyle w:val="AnnexHeading"/>
        <w:numPr>
          <w:ilvl w:val="0"/>
          <w:numId w:val="11"/>
        </w:numPr>
      </w:pPr>
      <w:r>
        <w:rPr>
          <w:rFonts w:eastAsiaTheme="minorEastAsia" w:hint="eastAsia"/>
          <w:lang w:eastAsia="ja-JP"/>
        </w:rPr>
        <w:t>Contact Details</w:t>
      </w:r>
    </w:p>
    <w:p w14:paraId="78CA45A4" w14:textId="77777777" w:rsidR="00C63D17" w:rsidRPr="007951A4" w:rsidRDefault="00C63D17" w:rsidP="00C63D17">
      <w:pPr>
        <w:snapToGrid w:val="0"/>
        <w:rPr>
          <w:rFonts w:cs="Times New Roman"/>
          <w:b/>
          <w:bCs/>
          <w:szCs w:val="21"/>
        </w:rPr>
      </w:pPr>
      <w:r w:rsidRPr="007951A4">
        <w:rPr>
          <w:rFonts w:cs="Times New Roman"/>
          <w:b/>
          <w:bCs/>
          <w:szCs w:val="21"/>
        </w:rPr>
        <w:t>Representative Japanese participant for the project and its roles in the project</w:t>
      </w:r>
    </w:p>
    <w:tbl>
      <w:tblPr>
        <w:tblStyle w:val="2f2"/>
        <w:tblW w:w="9639" w:type="dxa"/>
        <w:tblInd w:w="1" w:type="dxa"/>
        <w:tblLook w:val="04A0" w:firstRow="1" w:lastRow="0" w:firstColumn="1" w:lastColumn="0" w:noHBand="0" w:noVBand="1"/>
      </w:tblPr>
      <w:tblGrid>
        <w:gridCol w:w="4252"/>
        <w:gridCol w:w="5387"/>
      </w:tblGrid>
      <w:tr w:rsidR="00C63D17" w:rsidRPr="009F4656" w14:paraId="01048D17" w14:textId="77777777" w:rsidTr="00C40E56">
        <w:tc>
          <w:tcPr>
            <w:tcW w:w="4252" w:type="dxa"/>
          </w:tcPr>
          <w:p w14:paraId="02DE9A4B" w14:textId="77777777" w:rsidR="00C63D17" w:rsidRPr="00C63D17" w:rsidRDefault="00C63D17" w:rsidP="00C40E56">
            <w:pPr>
              <w:snapToGrid w:val="0"/>
              <w:rPr>
                <w:rFonts w:cs="Times New Roman"/>
                <w:b/>
                <w:bCs/>
                <w:sz w:val="21"/>
                <w:szCs w:val="21"/>
                <w14:ligatures w14:val="standardContextual"/>
              </w:rPr>
            </w:pPr>
            <w:r w:rsidRPr="00C63D17">
              <w:rPr>
                <w:rFonts w:cs="Times New Roman"/>
                <w:szCs w:val="21"/>
              </w:rPr>
              <w:t>Name of the entity</w:t>
            </w:r>
          </w:p>
        </w:tc>
        <w:tc>
          <w:tcPr>
            <w:tcW w:w="5387" w:type="dxa"/>
          </w:tcPr>
          <w:p w14:paraId="30D1F083" w14:textId="660FC220" w:rsidR="00C63D17" w:rsidRPr="00C63D17" w:rsidRDefault="00C63D17" w:rsidP="00C40E56">
            <w:pPr>
              <w:snapToGrid w:val="0"/>
              <w:rPr>
                <w:rFonts w:eastAsiaTheme="minorEastAsia" w:cs="Times New Roman"/>
                <w:color w:val="0000FF"/>
                <w:sz w:val="21"/>
                <w:szCs w:val="21"/>
                <w14:ligatures w14:val="standardContextual"/>
              </w:rPr>
            </w:pPr>
          </w:p>
        </w:tc>
      </w:tr>
      <w:tr w:rsidR="00C63D17" w:rsidRPr="009F4656" w14:paraId="7B92AA8F" w14:textId="77777777" w:rsidTr="00C40E56">
        <w:tc>
          <w:tcPr>
            <w:tcW w:w="4252" w:type="dxa"/>
          </w:tcPr>
          <w:p w14:paraId="26A55804" w14:textId="77777777" w:rsidR="00C63D17" w:rsidRPr="00C63D17" w:rsidRDefault="00C63D17" w:rsidP="00C40E56">
            <w:pPr>
              <w:snapToGrid w:val="0"/>
              <w:rPr>
                <w:rFonts w:cs="Times New Roman"/>
                <w:b/>
                <w:bCs/>
                <w:sz w:val="21"/>
                <w:szCs w:val="21"/>
                <w14:ligatures w14:val="standardContextual"/>
              </w:rPr>
            </w:pPr>
            <w:r w:rsidRPr="00C63D17">
              <w:rPr>
                <w:rFonts w:cs="Times New Roman"/>
                <w:szCs w:val="21"/>
              </w:rPr>
              <w:t>Business description</w:t>
            </w:r>
          </w:p>
        </w:tc>
        <w:tc>
          <w:tcPr>
            <w:tcW w:w="5387" w:type="dxa"/>
          </w:tcPr>
          <w:p w14:paraId="302E4ED2" w14:textId="640CBF6D" w:rsidR="00C63D17" w:rsidRPr="00C63D17" w:rsidRDefault="00C63D17" w:rsidP="00C40E56">
            <w:pPr>
              <w:snapToGrid w:val="0"/>
              <w:rPr>
                <w:rFonts w:eastAsiaTheme="minorEastAsia" w:cs="Times New Roman"/>
                <w:color w:val="0000FF"/>
                <w:sz w:val="21"/>
                <w:szCs w:val="21"/>
                <w14:ligatures w14:val="standardContextual"/>
              </w:rPr>
            </w:pPr>
          </w:p>
        </w:tc>
      </w:tr>
      <w:tr w:rsidR="00C63D17" w:rsidRPr="009F4656" w14:paraId="34F8EB8B" w14:textId="77777777" w:rsidTr="00C40E56">
        <w:tc>
          <w:tcPr>
            <w:tcW w:w="4252" w:type="dxa"/>
          </w:tcPr>
          <w:p w14:paraId="44A63775" w14:textId="77777777" w:rsidR="00C63D17" w:rsidRPr="00C63D17" w:rsidRDefault="00C63D17" w:rsidP="00C40E56">
            <w:pPr>
              <w:snapToGrid w:val="0"/>
              <w:rPr>
                <w:rFonts w:cs="Times New Roman"/>
                <w:sz w:val="21"/>
                <w:szCs w:val="21"/>
                <w14:ligatures w14:val="standardContextual"/>
              </w:rPr>
            </w:pPr>
            <w:r w:rsidRPr="00C63D17">
              <w:rPr>
                <w:rFonts w:cs="Times New Roman"/>
                <w:szCs w:val="21"/>
              </w:rPr>
              <w:t>Roles of the entity in the project</w:t>
            </w:r>
          </w:p>
        </w:tc>
        <w:tc>
          <w:tcPr>
            <w:tcW w:w="5387" w:type="dxa"/>
          </w:tcPr>
          <w:p w14:paraId="14F5CE52" w14:textId="5818B1D5" w:rsidR="00C63D17" w:rsidRPr="00C63D17" w:rsidRDefault="00C63D17" w:rsidP="00C63D17">
            <w:pPr>
              <w:widowControl w:val="0"/>
              <w:snapToGrid w:val="0"/>
              <w:spacing w:after="0"/>
              <w:rPr>
                <w:rFonts w:eastAsiaTheme="minorEastAsia" w:cs="Times New Roman"/>
                <w:color w:val="0000FF"/>
                <w:szCs w:val="21"/>
              </w:rPr>
            </w:pPr>
          </w:p>
        </w:tc>
      </w:tr>
      <w:tr w:rsidR="00C63D17" w:rsidRPr="009F4656" w14:paraId="41B7FDA0" w14:textId="77777777" w:rsidTr="00C40E56">
        <w:tc>
          <w:tcPr>
            <w:tcW w:w="4252" w:type="dxa"/>
          </w:tcPr>
          <w:p w14:paraId="4C70FF79" w14:textId="77777777" w:rsidR="00C63D17" w:rsidRPr="00C63D17" w:rsidRDefault="00C63D17" w:rsidP="00C40E56">
            <w:pPr>
              <w:snapToGrid w:val="0"/>
              <w:rPr>
                <w:rFonts w:cs="Times New Roman"/>
                <w:sz w:val="21"/>
                <w:szCs w:val="21"/>
                <w14:ligatures w14:val="standardContextual"/>
              </w:rPr>
            </w:pPr>
            <w:r w:rsidRPr="00C63D17">
              <w:rPr>
                <w:rFonts w:cs="Times New Roman"/>
                <w:szCs w:val="21"/>
              </w:rPr>
              <w:t>Name and position of the contact person</w:t>
            </w:r>
          </w:p>
        </w:tc>
        <w:tc>
          <w:tcPr>
            <w:tcW w:w="5387" w:type="dxa"/>
          </w:tcPr>
          <w:p w14:paraId="2605A5D7" w14:textId="2C49AA9B" w:rsidR="00C63D17" w:rsidRPr="00C63D17" w:rsidRDefault="00C63D17" w:rsidP="00C40E56">
            <w:pPr>
              <w:snapToGrid w:val="0"/>
              <w:rPr>
                <w:rFonts w:eastAsiaTheme="minorEastAsia" w:cs="Times New Roman"/>
                <w:color w:val="0000FF"/>
                <w:sz w:val="21"/>
                <w:szCs w:val="21"/>
                <w14:ligatures w14:val="standardContextual"/>
              </w:rPr>
            </w:pPr>
          </w:p>
        </w:tc>
      </w:tr>
      <w:tr w:rsidR="00C63D17" w:rsidRPr="009F4656" w14:paraId="01625913" w14:textId="77777777" w:rsidTr="00C40E56">
        <w:tc>
          <w:tcPr>
            <w:tcW w:w="4252" w:type="dxa"/>
          </w:tcPr>
          <w:p w14:paraId="4A89B8C5" w14:textId="77777777" w:rsidR="00C63D17" w:rsidRPr="00C63D17" w:rsidRDefault="00C63D17" w:rsidP="00C40E56">
            <w:pPr>
              <w:snapToGrid w:val="0"/>
              <w:rPr>
                <w:rFonts w:cs="Times New Roman"/>
                <w:sz w:val="21"/>
                <w:szCs w:val="21"/>
                <w14:ligatures w14:val="standardContextual"/>
              </w:rPr>
            </w:pPr>
            <w:r w:rsidRPr="00C63D17">
              <w:rPr>
                <w:rFonts w:cs="Times New Roman"/>
                <w:szCs w:val="21"/>
              </w:rPr>
              <w:t>E-mail / Phone number</w:t>
            </w:r>
          </w:p>
        </w:tc>
        <w:tc>
          <w:tcPr>
            <w:tcW w:w="5387" w:type="dxa"/>
          </w:tcPr>
          <w:p w14:paraId="3C5E1BEE" w14:textId="2122D4E0" w:rsidR="00C63D17" w:rsidRPr="009F4656" w:rsidRDefault="00C63D17" w:rsidP="00C40E56">
            <w:pPr>
              <w:snapToGrid w:val="0"/>
              <w:rPr>
                <w:rFonts w:cs="Times New Roman"/>
                <w:color w:val="0000FF"/>
                <w:sz w:val="21"/>
                <w:szCs w:val="21"/>
                <w14:ligatures w14:val="standardContextual"/>
              </w:rPr>
            </w:pPr>
          </w:p>
        </w:tc>
      </w:tr>
    </w:tbl>
    <w:p w14:paraId="34FFD8B0" w14:textId="77777777" w:rsidR="00C63D17" w:rsidRPr="009F4656" w:rsidRDefault="00C63D17" w:rsidP="00C63D17">
      <w:pPr>
        <w:snapToGrid w:val="0"/>
        <w:rPr>
          <w:rFonts w:cs="Times New Roman"/>
          <w:color w:val="0000FF"/>
          <w:szCs w:val="21"/>
        </w:rPr>
      </w:pPr>
    </w:p>
    <w:p w14:paraId="5628A6E9" w14:textId="77777777" w:rsidR="00C63D17" w:rsidRPr="007951A4" w:rsidRDefault="00C63D17" w:rsidP="00C63D17">
      <w:pPr>
        <w:snapToGrid w:val="0"/>
        <w:rPr>
          <w:rFonts w:eastAsia="ＭＳ 明朝" w:cs="Times New Roman"/>
          <w:b/>
          <w:bCs/>
          <w:szCs w:val="21"/>
        </w:rPr>
      </w:pPr>
      <w:r w:rsidRPr="007951A4">
        <w:rPr>
          <w:rFonts w:eastAsia="ＭＳ 明朝" w:cs="Times New Roman"/>
          <w:b/>
          <w:bCs/>
          <w:szCs w:val="21"/>
        </w:rPr>
        <w:t>Other Japanese participant(s) for the project and their roles in the project</w:t>
      </w:r>
    </w:p>
    <w:tbl>
      <w:tblPr>
        <w:tblStyle w:val="2f2"/>
        <w:tblW w:w="9639" w:type="dxa"/>
        <w:tblInd w:w="1" w:type="dxa"/>
        <w:tblLook w:val="04A0" w:firstRow="1" w:lastRow="0" w:firstColumn="1" w:lastColumn="0" w:noHBand="0" w:noVBand="1"/>
      </w:tblPr>
      <w:tblGrid>
        <w:gridCol w:w="4252"/>
        <w:gridCol w:w="5387"/>
      </w:tblGrid>
      <w:tr w:rsidR="00C63D17" w:rsidRPr="009F4656" w14:paraId="6BE1AD3C" w14:textId="77777777" w:rsidTr="00C40E56">
        <w:tc>
          <w:tcPr>
            <w:tcW w:w="4252" w:type="dxa"/>
          </w:tcPr>
          <w:p w14:paraId="70982F37"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t>Name of the entity</w:t>
            </w:r>
          </w:p>
        </w:tc>
        <w:tc>
          <w:tcPr>
            <w:tcW w:w="5387" w:type="dxa"/>
          </w:tcPr>
          <w:p w14:paraId="19584F2A" w14:textId="691B4543" w:rsidR="00C63D17" w:rsidRPr="005E6DC7" w:rsidRDefault="00C63D17" w:rsidP="00C40E56">
            <w:pPr>
              <w:snapToGrid w:val="0"/>
              <w:rPr>
                <w:rFonts w:eastAsia="ＭＳ 明朝" w:cs="Times New Roman"/>
                <w:color w:val="0000FF"/>
                <w:sz w:val="21"/>
                <w:szCs w:val="21"/>
              </w:rPr>
            </w:pPr>
          </w:p>
        </w:tc>
      </w:tr>
      <w:tr w:rsidR="00C63D17" w:rsidRPr="009F4656" w14:paraId="4C8787D9" w14:textId="77777777" w:rsidTr="00C40E56">
        <w:tc>
          <w:tcPr>
            <w:tcW w:w="4252" w:type="dxa"/>
          </w:tcPr>
          <w:p w14:paraId="4BBFD2BA"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t>Business description</w:t>
            </w:r>
          </w:p>
        </w:tc>
        <w:tc>
          <w:tcPr>
            <w:tcW w:w="5387" w:type="dxa"/>
          </w:tcPr>
          <w:p w14:paraId="19041432" w14:textId="7331C9A0" w:rsidR="00C63D17" w:rsidRPr="005E6DC7" w:rsidRDefault="00C63D17" w:rsidP="00C40E56">
            <w:pPr>
              <w:snapToGrid w:val="0"/>
              <w:rPr>
                <w:rFonts w:eastAsia="ＭＳ 明朝" w:cs="Times New Roman"/>
                <w:color w:val="0000FF"/>
                <w:sz w:val="21"/>
                <w:szCs w:val="21"/>
              </w:rPr>
            </w:pPr>
          </w:p>
        </w:tc>
      </w:tr>
      <w:tr w:rsidR="00C63D17" w:rsidRPr="009F4656" w14:paraId="7056C913" w14:textId="77777777" w:rsidTr="00C40E56">
        <w:tc>
          <w:tcPr>
            <w:tcW w:w="4252" w:type="dxa"/>
          </w:tcPr>
          <w:p w14:paraId="067366D4"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Roles of the entity in the project</w:t>
            </w:r>
          </w:p>
        </w:tc>
        <w:tc>
          <w:tcPr>
            <w:tcW w:w="5387" w:type="dxa"/>
          </w:tcPr>
          <w:p w14:paraId="143C8213" w14:textId="587F8EB0" w:rsidR="00C63D17" w:rsidRPr="005E6DC7" w:rsidRDefault="00C63D17" w:rsidP="00C40E56">
            <w:pPr>
              <w:snapToGrid w:val="0"/>
              <w:rPr>
                <w:rFonts w:eastAsia="ＭＳ 明朝" w:cs="Times New Roman"/>
                <w:color w:val="0000FF"/>
                <w:sz w:val="21"/>
                <w:szCs w:val="21"/>
              </w:rPr>
            </w:pPr>
          </w:p>
        </w:tc>
      </w:tr>
      <w:tr w:rsidR="00C63D17" w:rsidRPr="009F4656" w14:paraId="578EEA89" w14:textId="77777777" w:rsidTr="00C40E56">
        <w:tc>
          <w:tcPr>
            <w:tcW w:w="4252" w:type="dxa"/>
          </w:tcPr>
          <w:p w14:paraId="4C6CC441"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Name and position of the contact person</w:t>
            </w:r>
          </w:p>
        </w:tc>
        <w:tc>
          <w:tcPr>
            <w:tcW w:w="5387" w:type="dxa"/>
          </w:tcPr>
          <w:p w14:paraId="03B1D040" w14:textId="13D41462" w:rsidR="00C63D17" w:rsidRPr="005E6DC7" w:rsidRDefault="00C63D17" w:rsidP="00C40E56">
            <w:pPr>
              <w:snapToGrid w:val="0"/>
              <w:rPr>
                <w:rFonts w:eastAsia="ＭＳ 明朝" w:cs="Times New Roman"/>
                <w:color w:val="0000FF"/>
                <w:sz w:val="21"/>
                <w:szCs w:val="21"/>
              </w:rPr>
            </w:pPr>
          </w:p>
        </w:tc>
      </w:tr>
      <w:tr w:rsidR="00C63D17" w:rsidRPr="009F4656" w14:paraId="5E0CEC04" w14:textId="77777777" w:rsidTr="00C40E56">
        <w:tc>
          <w:tcPr>
            <w:tcW w:w="4252" w:type="dxa"/>
          </w:tcPr>
          <w:p w14:paraId="20C867F5"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E-mail / Phone number</w:t>
            </w:r>
          </w:p>
        </w:tc>
        <w:tc>
          <w:tcPr>
            <w:tcW w:w="5387" w:type="dxa"/>
          </w:tcPr>
          <w:p w14:paraId="4348E1D8" w14:textId="23953156" w:rsidR="00C63D17" w:rsidRPr="005E6DC7" w:rsidRDefault="00C63D17" w:rsidP="00C40E56">
            <w:pPr>
              <w:snapToGrid w:val="0"/>
              <w:rPr>
                <w:rFonts w:eastAsia="ＭＳ 明朝" w:cs="Times New Roman"/>
                <w:color w:val="0000FF"/>
                <w:sz w:val="21"/>
                <w:szCs w:val="21"/>
              </w:rPr>
            </w:pPr>
          </w:p>
        </w:tc>
      </w:tr>
    </w:tbl>
    <w:p w14:paraId="30C73969" w14:textId="77777777" w:rsidR="00C63D17" w:rsidRPr="005E6DC7" w:rsidRDefault="00C63D17" w:rsidP="00C63D17">
      <w:pPr>
        <w:snapToGrid w:val="0"/>
        <w:rPr>
          <w:rFonts w:eastAsia="ＭＳ 明朝" w:cs="Times New Roman"/>
          <w:b/>
          <w:bCs/>
          <w:color w:val="0000FF"/>
          <w:szCs w:val="21"/>
        </w:rPr>
      </w:pPr>
    </w:p>
    <w:p w14:paraId="65F23075" w14:textId="77777777" w:rsidR="00C63D17" w:rsidRPr="007951A4" w:rsidRDefault="00C63D17" w:rsidP="00C63D17">
      <w:pPr>
        <w:snapToGrid w:val="0"/>
        <w:rPr>
          <w:rFonts w:eastAsia="ＭＳ 明朝" w:cs="Times New Roman"/>
          <w:b/>
          <w:bCs/>
          <w:szCs w:val="21"/>
        </w:rPr>
      </w:pPr>
      <w:r w:rsidRPr="007951A4">
        <w:rPr>
          <w:rFonts w:eastAsia="ＭＳ 明朝" w:cs="Times New Roman"/>
          <w:b/>
          <w:bCs/>
          <w:szCs w:val="21"/>
        </w:rPr>
        <w:t xml:space="preserve">Participant(s) of partner country for the project and their roles in the project </w:t>
      </w:r>
    </w:p>
    <w:tbl>
      <w:tblPr>
        <w:tblStyle w:val="2f2"/>
        <w:tblW w:w="9639" w:type="dxa"/>
        <w:tblInd w:w="1" w:type="dxa"/>
        <w:tblLook w:val="04A0" w:firstRow="1" w:lastRow="0" w:firstColumn="1" w:lastColumn="0" w:noHBand="0" w:noVBand="1"/>
      </w:tblPr>
      <w:tblGrid>
        <w:gridCol w:w="4252"/>
        <w:gridCol w:w="5387"/>
      </w:tblGrid>
      <w:tr w:rsidR="00C63D17" w:rsidRPr="009F4656" w14:paraId="2CAAAABF" w14:textId="77777777" w:rsidTr="00C40E56">
        <w:tc>
          <w:tcPr>
            <w:tcW w:w="4252" w:type="dxa"/>
          </w:tcPr>
          <w:p w14:paraId="1739E501"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t>Name of the entity</w:t>
            </w:r>
          </w:p>
        </w:tc>
        <w:tc>
          <w:tcPr>
            <w:tcW w:w="5387" w:type="dxa"/>
          </w:tcPr>
          <w:p w14:paraId="23130B71" w14:textId="24887FA2" w:rsidR="00C63D17" w:rsidRPr="005E6DC7" w:rsidRDefault="00C63D17" w:rsidP="00C40E56">
            <w:pPr>
              <w:snapToGrid w:val="0"/>
              <w:rPr>
                <w:rFonts w:eastAsia="ＭＳ 明朝" w:cs="Times New Roman"/>
                <w:color w:val="0000FF"/>
                <w:sz w:val="21"/>
                <w:szCs w:val="21"/>
              </w:rPr>
            </w:pPr>
          </w:p>
        </w:tc>
      </w:tr>
      <w:tr w:rsidR="00C63D17" w:rsidRPr="009F4656" w14:paraId="0FA3642E" w14:textId="77777777" w:rsidTr="00C40E56">
        <w:tc>
          <w:tcPr>
            <w:tcW w:w="4252" w:type="dxa"/>
          </w:tcPr>
          <w:p w14:paraId="2A6519CF"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t>Business description</w:t>
            </w:r>
          </w:p>
        </w:tc>
        <w:tc>
          <w:tcPr>
            <w:tcW w:w="5387" w:type="dxa"/>
          </w:tcPr>
          <w:p w14:paraId="039BEB6D" w14:textId="2B98EB52" w:rsidR="00C63D17" w:rsidRPr="005E6DC7" w:rsidRDefault="00C63D17" w:rsidP="00C40E56">
            <w:pPr>
              <w:snapToGrid w:val="0"/>
              <w:rPr>
                <w:rFonts w:eastAsia="ＭＳ 明朝" w:cs="Times New Roman"/>
                <w:color w:val="0000FF"/>
                <w:sz w:val="21"/>
                <w:szCs w:val="21"/>
              </w:rPr>
            </w:pPr>
          </w:p>
        </w:tc>
      </w:tr>
      <w:tr w:rsidR="00C63D17" w:rsidRPr="009F4656" w14:paraId="3335AB76" w14:textId="77777777" w:rsidTr="00C40E56">
        <w:tc>
          <w:tcPr>
            <w:tcW w:w="4252" w:type="dxa"/>
          </w:tcPr>
          <w:p w14:paraId="0A46F94D"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Roles of the entity in the project</w:t>
            </w:r>
          </w:p>
        </w:tc>
        <w:tc>
          <w:tcPr>
            <w:tcW w:w="5387" w:type="dxa"/>
          </w:tcPr>
          <w:p w14:paraId="1ED02C06" w14:textId="1D05A051" w:rsidR="00C63D17" w:rsidRPr="00C63D17" w:rsidRDefault="00C63D17" w:rsidP="00C63D17">
            <w:pPr>
              <w:snapToGrid w:val="0"/>
              <w:spacing w:after="0"/>
              <w:rPr>
                <w:rFonts w:eastAsia="ＭＳ 明朝" w:cs="Times New Roman"/>
                <w:color w:val="0000FF"/>
                <w:sz w:val="21"/>
                <w:szCs w:val="21"/>
              </w:rPr>
            </w:pPr>
          </w:p>
        </w:tc>
      </w:tr>
      <w:tr w:rsidR="00C63D17" w:rsidRPr="009F4656" w14:paraId="2C5B92E3" w14:textId="77777777" w:rsidTr="00C40E56">
        <w:tc>
          <w:tcPr>
            <w:tcW w:w="4252" w:type="dxa"/>
          </w:tcPr>
          <w:p w14:paraId="2CFF9A12"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Name and position of the contact person</w:t>
            </w:r>
          </w:p>
        </w:tc>
        <w:tc>
          <w:tcPr>
            <w:tcW w:w="5387" w:type="dxa"/>
          </w:tcPr>
          <w:p w14:paraId="64C673F6" w14:textId="4BE4A11D" w:rsidR="00C63D17" w:rsidRPr="005E6DC7" w:rsidRDefault="00C63D17" w:rsidP="00C40E56">
            <w:pPr>
              <w:snapToGrid w:val="0"/>
              <w:rPr>
                <w:rFonts w:eastAsia="ＭＳ 明朝" w:cs="Times New Roman"/>
                <w:color w:val="0000FF"/>
                <w:sz w:val="21"/>
                <w:szCs w:val="21"/>
              </w:rPr>
            </w:pPr>
          </w:p>
        </w:tc>
      </w:tr>
      <w:tr w:rsidR="00C63D17" w:rsidRPr="009F4656" w14:paraId="2555DCD0" w14:textId="77777777" w:rsidTr="00C40E56">
        <w:tc>
          <w:tcPr>
            <w:tcW w:w="4252" w:type="dxa"/>
          </w:tcPr>
          <w:p w14:paraId="501EE53B"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E-mail / Phone number</w:t>
            </w:r>
          </w:p>
        </w:tc>
        <w:tc>
          <w:tcPr>
            <w:tcW w:w="5387" w:type="dxa"/>
          </w:tcPr>
          <w:p w14:paraId="3E859299" w14:textId="4A918693" w:rsidR="00C63D17" w:rsidRPr="005E6DC7" w:rsidRDefault="00C63D17" w:rsidP="00C40E56">
            <w:pPr>
              <w:snapToGrid w:val="0"/>
              <w:rPr>
                <w:rFonts w:eastAsia="ＭＳ 明朝" w:cs="Times New Roman"/>
                <w:color w:val="0000FF"/>
                <w:sz w:val="21"/>
                <w:szCs w:val="21"/>
              </w:rPr>
            </w:pPr>
          </w:p>
        </w:tc>
      </w:tr>
    </w:tbl>
    <w:p w14:paraId="6A04DA3F" w14:textId="77777777" w:rsidR="00C63D17" w:rsidRPr="005E6DC7" w:rsidRDefault="00C63D17" w:rsidP="00C63D17">
      <w:pPr>
        <w:snapToGrid w:val="0"/>
        <w:rPr>
          <w:rFonts w:eastAsia="ＭＳ 明朝" w:cs="Times New Roman"/>
          <w:b/>
          <w:bCs/>
          <w:color w:val="0000FF"/>
          <w:szCs w:val="21"/>
        </w:rPr>
      </w:pPr>
    </w:p>
    <w:p w14:paraId="5735960D" w14:textId="77777777" w:rsidR="00C63D17" w:rsidRPr="007951A4" w:rsidRDefault="00C63D17" w:rsidP="00C63D17">
      <w:pPr>
        <w:snapToGrid w:val="0"/>
        <w:rPr>
          <w:rFonts w:eastAsia="ＭＳ 明朝" w:cs="Times New Roman"/>
          <w:b/>
          <w:bCs/>
          <w:szCs w:val="21"/>
        </w:rPr>
      </w:pPr>
      <w:r w:rsidRPr="007951A4">
        <w:rPr>
          <w:rFonts w:eastAsia="ＭＳ 明朝" w:cs="Times New Roman"/>
          <w:b/>
          <w:bCs/>
          <w:szCs w:val="21"/>
        </w:rPr>
        <w:t xml:space="preserve">Government of partner country </w:t>
      </w:r>
    </w:p>
    <w:tbl>
      <w:tblPr>
        <w:tblStyle w:val="2f2"/>
        <w:tblW w:w="9639" w:type="dxa"/>
        <w:tblInd w:w="1" w:type="dxa"/>
        <w:tblLook w:val="04A0" w:firstRow="1" w:lastRow="0" w:firstColumn="1" w:lastColumn="0" w:noHBand="0" w:noVBand="1"/>
      </w:tblPr>
      <w:tblGrid>
        <w:gridCol w:w="4252"/>
        <w:gridCol w:w="5387"/>
      </w:tblGrid>
      <w:tr w:rsidR="00C63D17" w:rsidRPr="009F4656" w14:paraId="33B9DFC5" w14:textId="77777777" w:rsidTr="00C40E56">
        <w:tc>
          <w:tcPr>
            <w:tcW w:w="4252" w:type="dxa"/>
          </w:tcPr>
          <w:p w14:paraId="3DCA5188"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t>Name of the relevant ministry or governmental agency</w:t>
            </w:r>
          </w:p>
        </w:tc>
        <w:tc>
          <w:tcPr>
            <w:tcW w:w="5387" w:type="dxa"/>
          </w:tcPr>
          <w:p w14:paraId="15A69BF6" w14:textId="03C22852" w:rsidR="00C63D17" w:rsidRPr="005E6DC7" w:rsidRDefault="00C63D17" w:rsidP="00C40E56">
            <w:pPr>
              <w:snapToGrid w:val="0"/>
              <w:rPr>
                <w:rFonts w:eastAsia="ＭＳ 明朝" w:cs="Times New Roman"/>
                <w:color w:val="0000FF"/>
                <w:sz w:val="21"/>
                <w:szCs w:val="21"/>
              </w:rPr>
            </w:pPr>
          </w:p>
        </w:tc>
      </w:tr>
      <w:tr w:rsidR="00C63D17" w:rsidRPr="009F4656" w14:paraId="2B6B0A9E" w14:textId="77777777" w:rsidTr="00C40E56">
        <w:tc>
          <w:tcPr>
            <w:tcW w:w="4252" w:type="dxa"/>
          </w:tcPr>
          <w:p w14:paraId="7CCA5344"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Name and position of the contact person</w:t>
            </w:r>
          </w:p>
        </w:tc>
        <w:tc>
          <w:tcPr>
            <w:tcW w:w="5387" w:type="dxa"/>
          </w:tcPr>
          <w:p w14:paraId="78E95B93" w14:textId="1234843F" w:rsidR="00C63D17" w:rsidRPr="005E6DC7" w:rsidRDefault="00C63D17" w:rsidP="00C40E56">
            <w:pPr>
              <w:snapToGrid w:val="0"/>
              <w:rPr>
                <w:rFonts w:eastAsia="ＭＳ 明朝" w:cs="Times New Roman"/>
                <w:color w:val="0000FF"/>
                <w:sz w:val="21"/>
                <w:szCs w:val="21"/>
              </w:rPr>
            </w:pPr>
          </w:p>
        </w:tc>
      </w:tr>
      <w:tr w:rsidR="00C63D17" w:rsidRPr="009F4656" w14:paraId="307FD57B" w14:textId="77777777" w:rsidTr="00C40E56">
        <w:tc>
          <w:tcPr>
            <w:tcW w:w="4252" w:type="dxa"/>
          </w:tcPr>
          <w:p w14:paraId="44831EBF"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E-mail / Phone number</w:t>
            </w:r>
          </w:p>
        </w:tc>
        <w:tc>
          <w:tcPr>
            <w:tcW w:w="5387" w:type="dxa"/>
          </w:tcPr>
          <w:p w14:paraId="1D430E14" w14:textId="000D1D95" w:rsidR="00C63D17" w:rsidRPr="005E6DC7" w:rsidRDefault="00C63D17" w:rsidP="00C40E56">
            <w:pPr>
              <w:snapToGrid w:val="0"/>
              <w:rPr>
                <w:rFonts w:eastAsia="ＭＳ 明朝" w:cs="Times New Roman"/>
                <w:color w:val="0000FF"/>
                <w:sz w:val="21"/>
                <w:szCs w:val="21"/>
              </w:rPr>
            </w:pPr>
          </w:p>
        </w:tc>
      </w:tr>
    </w:tbl>
    <w:p w14:paraId="332D9CB6" w14:textId="77777777" w:rsidR="00C63D17" w:rsidRPr="005E6DC7" w:rsidRDefault="00C63D17" w:rsidP="00C63D17">
      <w:pPr>
        <w:snapToGrid w:val="0"/>
        <w:rPr>
          <w:rFonts w:eastAsia="ＭＳ 明朝" w:cs="Times New Roman"/>
          <w:i/>
          <w:iCs/>
          <w:color w:val="0000FF"/>
          <w:szCs w:val="21"/>
        </w:rPr>
      </w:pPr>
    </w:p>
    <w:p w14:paraId="77E1C177" w14:textId="77777777" w:rsidR="00C63D17" w:rsidRPr="007951A4" w:rsidRDefault="00C63D17" w:rsidP="00C63D17">
      <w:pPr>
        <w:snapToGrid w:val="0"/>
        <w:rPr>
          <w:rFonts w:eastAsia="ＭＳ 明朝" w:cs="Times New Roman"/>
          <w:b/>
          <w:bCs/>
          <w:szCs w:val="21"/>
        </w:rPr>
      </w:pPr>
      <w:r w:rsidRPr="007951A4">
        <w:rPr>
          <w:rFonts w:eastAsia="ＭＳ 明朝" w:cs="Times New Roman"/>
          <w:b/>
          <w:bCs/>
          <w:szCs w:val="21"/>
        </w:rPr>
        <w:t>Government of Japan </w:t>
      </w:r>
    </w:p>
    <w:tbl>
      <w:tblPr>
        <w:tblStyle w:val="2f2"/>
        <w:tblW w:w="9639" w:type="dxa"/>
        <w:tblInd w:w="1" w:type="dxa"/>
        <w:tblLook w:val="04A0" w:firstRow="1" w:lastRow="0" w:firstColumn="1" w:lastColumn="0" w:noHBand="0" w:noVBand="1"/>
      </w:tblPr>
      <w:tblGrid>
        <w:gridCol w:w="4252"/>
        <w:gridCol w:w="5387"/>
      </w:tblGrid>
      <w:tr w:rsidR="00C63D17" w:rsidRPr="009F4656" w14:paraId="5E2682BD" w14:textId="77777777" w:rsidTr="00C40E56">
        <w:tc>
          <w:tcPr>
            <w:tcW w:w="4252" w:type="dxa"/>
          </w:tcPr>
          <w:p w14:paraId="2AC7D9C8" w14:textId="77777777" w:rsidR="00C63D17" w:rsidRPr="00C63D17" w:rsidRDefault="00C63D17" w:rsidP="00C40E56">
            <w:pPr>
              <w:snapToGrid w:val="0"/>
              <w:rPr>
                <w:rFonts w:eastAsia="ＭＳ 明朝" w:cs="Times New Roman"/>
                <w:b/>
                <w:bCs/>
                <w:sz w:val="21"/>
                <w:szCs w:val="21"/>
              </w:rPr>
            </w:pPr>
            <w:r w:rsidRPr="00C63D17">
              <w:rPr>
                <w:rFonts w:eastAsia="ＭＳ 明朝" w:cs="Times New Roman"/>
                <w:szCs w:val="21"/>
              </w:rPr>
              <w:lastRenderedPageBreak/>
              <w:t>Name of the relevant ministry or governmental agency</w:t>
            </w:r>
          </w:p>
        </w:tc>
        <w:tc>
          <w:tcPr>
            <w:tcW w:w="5387" w:type="dxa"/>
          </w:tcPr>
          <w:p w14:paraId="4FFAA8B2" w14:textId="02AB489B" w:rsidR="00C63D17" w:rsidRPr="005E6DC7" w:rsidRDefault="00C63D17" w:rsidP="00C40E56">
            <w:pPr>
              <w:snapToGrid w:val="0"/>
              <w:rPr>
                <w:rFonts w:eastAsia="ＭＳ 明朝" w:cs="Times New Roman"/>
                <w:color w:val="0000FF"/>
                <w:sz w:val="21"/>
                <w:szCs w:val="21"/>
              </w:rPr>
            </w:pPr>
          </w:p>
        </w:tc>
      </w:tr>
      <w:tr w:rsidR="00C63D17" w:rsidRPr="009F4656" w14:paraId="46C89C49" w14:textId="77777777" w:rsidTr="00C40E56">
        <w:tc>
          <w:tcPr>
            <w:tcW w:w="4252" w:type="dxa"/>
          </w:tcPr>
          <w:p w14:paraId="067270D8"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Name and position of the contact person</w:t>
            </w:r>
          </w:p>
        </w:tc>
        <w:tc>
          <w:tcPr>
            <w:tcW w:w="5387" w:type="dxa"/>
          </w:tcPr>
          <w:p w14:paraId="6F5FBC53" w14:textId="7E32EC97" w:rsidR="00C63D17" w:rsidRPr="005E6DC7" w:rsidRDefault="00C63D17" w:rsidP="00C40E56">
            <w:pPr>
              <w:snapToGrid w:val="0"/>
              <w:rPr>
                <w:rFonts w:eastAsia="ＭＳ 明朝" w:cs="Times New Roman"/>
                <w:color w:val="0000FF"/>
                <w:sz w:val="21"/>
                <w:szCs w:val="21"/>
              </w:rPr>
            </w:pPr>
          </w:p>
        </w:tc>
      </w:tr>
      <w:tr w:rsidR="00C63D17" w:rsidRPr="009F4656" w14:paraId="5D42F043" w14:textId="77777777" w:rsidTr="00C40E56">
        <w:tc>
          <w:tcPr>
            <w:tcW w:w="4252" w:type="dxa"/>
          </w:tcPr>
          <w:p w14:paraId="19207829" w14:textId="77777777" w:rsidR="00C63D17" w:rsidRPr="00C63D17" w:rsidRDefault="00C63D17" w:rsidP="00C40E56">
            <w:pPr>
              <w:snapToGrid w:val="0"/>
              <w:rPr>
                <w:rFonts w:eastAsia="ＭＳ 明朝" w:cs="Times New Roman"/>
                <w:sz w:val="21"/>
                <w:szCs w:val="21"/>
              </w:rPr>
            </w:pPr>
            <w:r w:rsidRPr="00C63D17">
              <w:rPr>
                <w:rFonts w:eastAsia="ＭＳ 明朝" w:cs="Times New Roman"/>
                <w:szCs w:val="21"/>
              </w:rPr>
              <w:t>E-mail / Phone number</w:t>
            </w:r>
          </w:p>
        </w:tc>
        <w:tc>
          <w:tcPr>
            <w:tcW w:w="5387" w:type="dxa"/>
          </w:tcPr>
          <w:p w14:paraId="78F1547B" w14:textId="4963369C" w:rsidR="00C63D17" w:rsidRPr="005E6DC7" w:rsidRDefault="00C63D17" w:rsidP="00C40E56">
            <w:pPr>
              <w:snapToGrid w:val="0"/>
              <w:rPr>
                <w:rFonts w:eastAsia="ＭＳ 明朝" w:cs="Times New Roman"/>
                <w:color w:val="0000FF"/>
                <w:sz w:val="21"/>
                <w:szCs w:val="21"/>
              </w:rPr>
            </w:pPr>
          </w:p>
        </w:tc>
      </w:tr>
    </w:tbl>
    <w:p w14:paraId="24F4F773" w14:textId="77777777" w:rsidR="00C63D17" w:rsidRPr="00C63D17" w:rsidRDefault="00C63D17" w:rsidP="00C63D17">
      <w:pPr>
        <w:pStyle w:val="AnnexHeading"/>
        <w:rPr>
          <w:rFonts w:eastAsiaTheme="minorEastAsia"/>
          <w:lang w:eastAsia="ja-JP"/>
        </w:rPr>
      </w:pPr>
    </w:p>
    <w:sectPr w:rsidR="00C63D17" w:rsidRPr="00C63D17" w:rsidSect="00D175AC">
      <w:headerReference w:type="default" r:id="rId8"/>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F5F1" w14:textId="77777777" w:rsidR="00531CA7" w:rsidRDefault="00531CA7" w:rsidP="00C63D17">
      <w:pPr>
        <w:spacing w:after="0" w:line="240" w:lineRule="auto"/>
      </w:pPr>
      <w:r>
        <w:separator/>
      </w:r>
    </w:p>
  </w:endnote>
  <w:endnote w:type="continuationSeparator" w:id="0">
    <w:p w14:paraId="091FC6DA" w14:textId="77777777" w:rsidR="00531CA7" w:rsidRDefault="00531CA7" w:rsidP="00C63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3F18" w14:textId="77777777" w:rsidR="00531CA7" w:rsidRDefault="00531CA7" w:rsidP="00C63D17">
      <w:pPr>
        <w:spacing w:after="0" w:line="240" w:lineRule="auto"/>
      </w:pPr>
      <w:r>
        <w:separator/>
      </w:r>
    </w:p>
  </w:footnote>
  <w:footnote w:type="continuationSeparator" w:id="0">
    <w:p w14:paraId="3D8CA050" w14:textId="77777777" w:rsidR="00531CA7" w:rsidRDefault="00531CA7" w:rsidP="00C63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0D43" w14:textId="0FF0447A" w:rsidR="00F4589E" w:rsidRPr="00F4589E" w:rsidRDefault="00F4589E" w:rsidP="00F4589E">
    <w:pPr>
      <w:pStyle w:val="a5"/>
      <w:jc w:val="right"/>
      <w:rPr>
        <w:rFonts w:eastAsiaTheme="minorEastAsia"/>
        <w:color w:val="808080" w:themeColor="background1" w:themeShade="80"/>
        <w:sz w:val="20"/>
        <w:szCs w:val="20"/>
        <w:lang w:eastAsia="ja-JP"/>
      </w:rPr>
    </w:pPr>
    <w:r w:rsidRPr="00F4589E">
      <w:rPr>
        <w:color w:val="808080" w:themeColor="background1" w:themeShade="80"/>
        <w:sz w:val="20"/>
        <w:szCs w:val="20"/>
      </w:rPr>
      <w:t>JCM</w:t>
    </w:r>
    <w:r w:rsidRPr="00F4589E">
      <w:rPr>
        <w:rFonts w:ascii="ＭＳ 明朝" w:eastAsia="ＭＳ 明朝" w:hAnsi="ＭＳ 明朝" w:cs="ＭＳ 明朝" w:hint="eastAsia"/>
        <w:color w:val="808080" w:themeColor="background1" w:themeShade="80"/>
        <w:sz w:val="20"/>
        <w:szCs w:val="20"/>
        <w:lang w:eastAsia="ja-JP"/>
      </w:rPr>
      <w:t>_</w:t>
    </w:r>
    <w:r w:rsidRPr="00F4589E">
      <w:rPr>
        <w:color w:val="808080" w:themeColor="background1" w:themeShade="80"/>
        <w:sz w:val="20"/>
        <w:szCs w:val="20"/>
      </w:rPr>
      <w:t>VN_F_PIN_Form01_ver01.0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D1D1300"/>
    <w:multiLevelType w:val="hybridMultilevel"/>
    <w:tmpl w:val="AC689AA0"/>
    <w:lvl w:ilvl="0" w:tplc="C330957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51A76B4"/>
    <w:multiLevelType w:val="hybridMultilevel"/>
    <w:tmpl w:val="6868DD5C"/>
    <w:lvl w:ilvl="0" w:tplc="88C6886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3EA0539"/>
    <w:multiLevelType w:val="hybridMultilevel"/>
    <w:tmpl w:val="B23403C2"/>
    <w:lvl w:ilvl="0" w:tplc="5ACE03B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664649B"/>
    <w:multiLevelType w:val="hybridMultilevel"/>
    <w:tmpl w:val="28744A40"/>
    <w:lvl w:ilvl="0" w:tplc="D71276B2">
      <w:start w:val="1"/>
      <w:numFmt w:val="upperLetter"/>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23643533">
    <w:abstractNumId w:val="8"/>
  </w:num>
  <w:num w:numId="2" w16cid:durableId="1458334191">
    <w:abstractNumId w:val="6"/>
  </w:num>
  <w:num w:numId="3" w16cid:durableId="1908421881">
    <w:abstractNumId w:val="5"/>
  </w:num>
  <w:num w:numId="4" w16cid:durableId="1331985272">
    <w:abstractNumId w:val="4"/>
  </w:num>
  <w:num w:numId="5" w16cid:durableId="1260719607">
    <w:abstractNumId w:val="7"/>
  </w:num>
  <w:num w:numId="6" w16cid:durableId="1881554088">
    <w:abstractNumId w:val="3"/>
  </w:num>
  <w:num w:numId="7" w16cid:durableId="198276769">
    <w:abstractNumId w:val="2"/>
  </w:num>
  <w:num w:numId="8" w16cid:durableId="1720282791">
    <w:abstractNumId w:val="1"/>
  </w:num>
  <w:num w:numId="9" w16cid:durableId="1150705627">
    <w:abstractNumId w:val="0"/>
  </w:num>
  <w:num w:numId="10" w16cid:durableId="57747360">
    <w:abstractNumId w:val="12"/>
  </w:num>
  <w:num w:numId="11" w16cid:durableId="107892895">
    <w:abstractNumId w:val="10"/>
  </w:num>
  <w:num w:numId="12" w16cid:durableId="1069765252">
    <w:abstractNumId w:val="9"/>
  </w:num>
  <w:num w:numId="13" w16cid:durableId="1052538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649"/>
    <w:rsid w:val="00024FF2"/>
    <w:rsid w:val="00034616"/>
    <w:rsid w:val="0006063C"/>
    <w:rsid w:val="000E398E"/>
    <w:rsid w:val="0015074B"/>
    <w:rsid w:val="00240C55"/>
    <w:rsid w:val="0029639D"/>
    <w:rsid w:val="00326F90"/>
    <w:rsid w:val="0037353D"/>
    <w:rsid w:val="003F48D9"/>
    <w:rsid w:val="00531CA7"/>
    <w:rsid w:val="005D19B1"/>
    <w:rsid w:val="006C5746"/>
    <w:rsid w:val="00782F98"/>
    <w:rsid w:val="00A07391"/>
    <w:rsid w:val="00AA1D8D"/>
    <w:rsid w:val="00B47730"/>
    <w:rsid w:val="00BB6199"/>
    <w:rsid w:val="00C63D17"/>
    <w:rsid w:val="00C8040B"/>
    <w:rsid w:val="00CB0664"/>
    <w:rsid w:val="00D175AC"/>
    <w:rsid w:val="00F4589E"/>
    <w:rsid w:val="00F56F7A"/>
    <w:rsid w:val="00F6394D"/>
    <w:rsid w:val="00FC693F"/>
    <w:rsid w:val="00FC6E8A"/>
    <w:rsid w:val="00FD2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C1577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Heading">
    <w:name w:val="Form Heading"/>
    <w:pPr>
      <w:keepNext/>
      <w:spacing w:before="160" w:after="80"/>
    </w:pPr>
    <w:rPr>
      <w:rFonts w:ascii="Times New Roman" w:eastAsia="Times New Roman" w:hAnsi="Times New Roman"/>
      <w:b/>
      <w:sz w:val="24"/>
    </w:rPr>
  </w:style>
  <w:style w:type="paragraph" w:customStyle="1" w:styleId="AnnexHeading">
    <w:name w:val="Annex Heading"/>
    <w:pPr>
      <w:keepNext/>
      <w:spacing w:before="160" w:after="80"/>
    </w:pPr>
    <w:rPr>
      <w:rFonts w:ascii="Times New Roman" w:eastAsia="Times New Roman" w:hAnsi="Times New Roman"/>
      <w:b/>
      <w:sz w:val="24"/>
    </w:rPr>
  </w:style>
  <w:style w:type="character" w:styleId="aff">
    <w:name w:val="annotation reference"/>
    <w:basedOn w:val="a2"/>
    <w:uiPriority w:val="99"/>
    <w:semiHidden/>
    <w:unhideWhenUsed/>
    <w:rsid w:val="00F6394D"/>
    <w:rPr>
      <w:sz w:val="16"/>
      <w:szCs w:val="16"/>
    </w:rPr>
  </w:style>
  <w:style w:type="paragraph" w:styleId="aff0">
    <w:name w:val="annotation text"/>
    <w:basedOn w:val="a1"/>
    <w:link w:val="aff1"/>
    <w:uiPriority w:val="99"/>
    <w:unhideWhenUsed/>
    <w:rsid w:val="00F6394D"/>
    <w:pPr>
      <w:spacing w:line="240" w:lineRule="auto"/>
    </w:pPr>
    <w:rPr>
      <w:sz w:val="20"/>
      <w:szCs w:val="20"/>
    </w:rPr>
  </w:style>
  <w:style w:type="character" w:customStyle="1" w:styleId="aff1">
    <w:name w:val="コメント文字列 (文字)"/>
    <w:basedOn w:val="a2"/>
    <w:link w:val="aff0"/>
    <w:uiPriority w:val="99"/>
    <w:rsid w:val="00F6394D"/>
    <w:rPr>
      <w:rFonts w:ascii="Times New Roman" w:eastAsia="Times New Roman" w:hAnsi="Times New Roman"/>
      <w:sz w:val="20"/>
      <w:szCs w:val="20"/>
    </w:rPr>
  </w:style>
  <w:style w:type="paragraph" w:styleId="aff2">
    <w:name w:val="annotation subject"/>
    <w:basedOn w:val="aff0"/>
    <w:next w:val="aff0"/>
    <w:link w:val="aff3"/>
    <w:uiPriority w:val="99"/>
    <w:semiHidden/>
    <w:unhideWhenUsed/>
    <w:rsid w:val="00F6394D"/>
    <w:rPr>
      <w:b/>
      <w:bCs/>
    </w:rPr>
  </w:style>
  <w:style w:type="character" w:customStyle="1" w:styleId="aff3">
    <w:name w:val="コメント内容 (文字)"/>
    <w:basedOn w:val="aff1"/>
    <w:link w:val="aff2"/>
    <w:uiPriority w:val="99"/>
    <w:semiHidden/>
    <w:rsid w:val="00F6394D"/>
    <w:rPr>
      <w:rFonts w:ascii="Times New Roman" w:eastAsia="Times New Roman" w:hAnsi="Times New Roman"/>
      <w:b/>
      <w:bCs/>
      <w:sz w:val="20"/>
      <w:szCs w:val="20"/>
    </w:rPr>
  </w:style>
  <w:style w:type="paragraph" w:customStyle="1" w:styleId="RegTypePara">
    <w:name w:val="RegTypePara"/>
    <w:basedOn w:val="a1"/>
    <w:link w:val="RegTypeParaChar"/>
    <w:rsid w:val="0037353D"/>
    <w:pPr>
      <w:spacing w:before="120" w:after="0" w:line="240" w:lineRule="auto"/>
      <w:ind w:left="57"/>
    </w:pPr>
    <w:rPr>
      <w:rFonts w:ascii="Arial" w:eastAsia="ＭＳ 明朝" w:hAnsi="Arial" w:cs="Arial"/>
      <w:sz w:val="20"/>
      <w:szCs w:val="18"/>
      <w:lang w:val="en-GB" w:eastAsia="de-DE"/>
    </w:rPr>
  </w:style>
  <w:style w:type="character" w:customStyle="1" w:styleId="RegTypeParaChar">
    <w:name w:val="RegTypePara Char"/>
    <w:basedOn w:val="a2"/>
    <w:link w:val="RegTypePara"/>
    <w:rsid w:val="0037353D"/>
    <w:rPr>
      <w:rFonts w:ascii="Arial" w:eastAsia="ＭＳ 明朝" w:hAnsi="Arial" w:cs="Arial"/>
      <w:sz w:val="20"/>
      <w:szCs w:val="18"/>
      <w:lang w:val="en-GB" w:eastAsia="de-DE"/>
    </w:rPr>
  </w:style>
  <w:style w:type="table" w:customStyle="1" w:styleId="2f2">
    <w:name w:val="表 (格子)2"/>
    <w:basedOn w:val="a3"/>
    <w:next w:val="afe"/>
    <w:uiPriority w:val="59"/>
    <w:rsid w:val="00C63D17"/>
    <w:pPr>
      <w:spacing w:after="0" w:line="240" w:lineRule="auto"/>
    </w:pPr>
    <w:rPr>
      <w:rFonts w:ascii="Times New Roman" w:hAnsi="Times New Roman"/>
      <w:kern w:val="2"/>
      <w:sz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5484</Characters>
  <Application>Microsoft Office Word</Application>
  <DocSecurity>0</DocSecurity>
  <Lines>45</Lines>
  <Paragraphs>12</Paragraphs>
  <ScaleCrop>false</ScaleCrop>
  <Manager/>
  <Company/>
  <LinksUpToDate>false</LinksUpToDate>
  <CharactersWithSpaces>6433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2026-10-20T00:52:00Z</dcterms:created>
  <dcterms:modified xsi:type="dcterms:W3CDTF">2026-10-20T00:53:00Z</dcterms:modified>
  <cp:category/>
</cp:coreProperties>
</file>